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Kaste: portti uuteen elämään Kristuksessa</w:t>
      </w:r>
    </w:p>
    <w:p>
      <w:r>
        <w:t>Kaste (kreikan sanasta baptizo, joka tarkoittaa &amp;quot;upottaa&amp;quot;) on uskon perustava teko, joka yhdistää meidät Kristuksen kuolemaan, hautaamiseen ja ylösnousemukseen. Se on jumalallinen päätös, jossa Jumala antaa synnit anteeksi, antaa Pyhän Hengen ja aloittaa uuden elämän. Tämä tutkimus tarkastelee Raamatun opetusta kasteesta, sen välttämättömyydestä pelastukselle ja sen muuttavasta voimasta.</w:t>
      </w:r>
    </w:p>
    <w:p>
      <w:pPr>
        <w:pStyle w:val="Heading1"/>
      </w:pPr>
      <w:r>
        <w:t>1. Jeesuksen opetus: Teidän täytyy syntyä uudesti</w:t>
      </w:r>
    </w:p>
    <w:p>
      <w:r>
        <w:t>Raamatunkohta: Johanneksen evankeliumi 3:3–8</w:t>
      </w:r>
    </w:p>
    <w:p>
      <w:pPr>
        <w:spacing w:after="160"/>
      </w:pPr>
      <w:r>
        <w:t>”Jeesus vastasi: &amp;#39;Totisesti, totisesti minä sanon teille: ellei kukaan synny uudesti... vedestä ja Hengestä, hän ei voi nähdä Jumalan valtakuntaa.&amp;#39;”</w:t>
      </w:r>
    </w:p>
    <w:p>
      <w:pPr>
        <w:pStyle w:val="Heading2"/>
      </w:pPr>
      <w:r>
        <w:t>A. Vedestä ja Hengestä syntynyt</w:t>
      </w:r>
    </w:p>
    <w:p>
      <w:pPr>
        <w:spacing w:after="160"/>
      </w:pPr>
      <w:r>
        <w:t>Jeesus rinnastaa &amp;quot;uudestisyntymisen&amp;quot; kasteeseen – hengelliseen uudestisyntymiseen veden ja Pyhän Hengen kautta, mikä tekee meistä uusia luomuksia. 1. Pietarin kirjeen 1:3 julistaa: &amp;quot;Suuressa armossaan hän on synnyttänyt meidät uuteen elämään ja elävään toivoon Jeesuksen Kristuksen ylösnousemuksen kautta&amp;quot;, yhdistäen kasteen ylösnousemustoivoon. 1. Pietarin kirjeen 1:23 lisää: &amp;quot;Sillä te olette syntyneet uudesti... Jumalan elävän ja pysyvän sanan kautta&amp;quot;, osoittaen evankeliumin roolin tässä uudestisyntymisessä. Jaakobin kirjeen 1:18 vahvistaa: &amp;quot;Hän valitsi synnyttää meidät totuuden sanan kautta&amp;quot;, korostaen kuuliaisuutta Jumalan sanalle kasteessa. Tiituksen kirjeen 3:5 – &amp;quot;Hän pelasti meidät uudestisyntymisen pesun ja Pyhän Hengen uudistuksen kautta&amp;quot; – sitoo nämä totuudet yhteen.</w:t>
      </w:r>
    </w:p>
    <w:p>
      <w:pPr>
        <w:spacing w:after="160"/>
      </w:pPr>
      <w:r>
        <w:t>Lisäjae: Joh. 3:5 – ”Jos kukaan ei ole syntynyt vedestä ja Hengestä, hän ei voi päästä Jumalan valtakuntaan.”</w:t>
      </w:r>
    </w:p>
    <w:p>
      <w:pPr>
        <w:pStyle w:val="Heading2"/>
      </w:pPr>
      <w:r>
        <w:t>B. Välttämätöntä Jumalan valtakuntaan pääsemiseksi</w:t>
      </w:r>
    </w:p>
    <w:p>
      <w:pPr>
        <w:spacing w:after="160"/>
      </w:pPr>
      <w:r>
        <w:t>Kaste on jumalallinen ehto pelastukselle, ilman jota kukaan ei voi päästä Jumalan valtakuntaan (Joh. 3:5). Mark. 16:16 – &amp;quot;Joka uskoo ja kastetaan, se pelastuu.&amp;quot;</w:t>
      </w:r>
    </w:p>
    <w:p>
      <w:pPr>
        <w:spacing w:before="240" w:after="240"/>
      </w:pPr>
      <w:r>
        <w:t>Kysymys: Mitä &amp;quot;uudestisyntyminen&amp;quot; tarkoittaa sinulle? Miten kaste heijastaa tätä muutosta?</w:t>
      </w:r>
    </w:p>
    <w:p>
      <w:pPr>
        <w:pStyle w:val="Heading2"/>
      </w:pPr>
      <w:r>
        <w:t>C. Jumalan ihmeellinen teko</w:t>
      </w:r>
    </w:p>
    <w:p>
      <w:pPr>
        <w:spacing w:after="160"/>
      </w:pPr>
      <w:r>
        <w:t>Hengen työ kasteessa on näkymätöntä, kuten tuuli (Joh. 3:8), mutta sen vaikutukset – anteeksianto, uudistuminen ja uusi elämä – ovat syvällisiä.</w:t>
      </w:r>
    </w:p>
    <w:p>
      <w:pPr>
        <w:spacing w:before="240" w:after="240"/>
      </w:pPr>
      <w:r>
        <w:t>Kysymys: Miten ajatus ihmeellisestä hengellisestä uudestisyntymisestä kasteessa inspiroi uskoasi?</w:t>
      </w:r>
    </w:p>
    <w:p>
      <w:pPr>
        <w:pStyle w:val="Heading1"/>
      </w:pPr>
      <w:r>
        <w:t>2. Apostolien opetus: Usko, tee parannus ja ota kaste</w:t>
      </w:r>
    </w:p>
    <w:p>
      <w:r>
        <w:t>Raamatunkohta: Apostolien teot 2:22–24, 36–41</w:t>
      </w:r>
    </w:p>
    <w:p>
      <w:pPr>
        <w:spacing w:after="160"/>
      </w:pPr>
      <w:r>
        <w:t>”’Mitä meidän pitää tekemän?’ Pietari vastasi: ’Tehkää parannus ja ottakaa kaste Jeesuksen Kristuksen nimeen syntienne anteeksiantamiseksi. Silloin te saatte Pyhän Hengen lahjan.’”</w:t>
      </w:r>
    </w:p>
    <w:p>
      <w:pPr>
        <w:pStyle w:val="Heading2"/>
      </w:pPr>
      <w:r>
        <w:t>A. Syntimme Ristiinnaulittu Jeesus</w:t>
      </w:r>
    </w:p>
    <w:p>
      <w:pPr>
        <w:spacing w:after="160"/>
      </w:pPr>
      <w:r>
        <w:t>Syntimme edellyttivät Jeesuksen kuolemaa, ikään kuin olisimme iskeneet naulat. Jesaja 53:5 – ”Hänet lävistettiin meidän rikkomustemme tähden…rangaistus, että meillä olisi rauha, oli hänen päällänsä.” Tämän totuuden pitäisi lävistää sydämemme ja saada meidät antautumaan (Apostolien teot 2:37).</w:t>
      </w:r>
    </w:p>
    <w:p>
      <w:pPr>
        <w:pStyle w:val="Heading2"/>
      </w:pPr>
      <w:r>
        <w:t>B. Jeesuksen ylösnousemus vahvistaa evankeliumin</w:t>
      </w:r>
    </w:p>
    <w:p>
      <w:pPr>
        <w:spacing w:after="160"/>
      </w:pPr>
      <w:r>
        <w:t>Jeesuksen ylösnousemus todistaa hänen voimansa kuoleman yli ja vahvistaa Jumalan lupauksen pelastuksesta (Apostolien teot 2:24). 1. Korinttilaisille 15:17 – &amp;quot;Jos Kristusta ei ole herätetty kuolleista, teidän uskonne on turhaa; te olette yhä syntienne vallassa.&amp;quot;</w:t>
      </w:r>
    </w:p>
    <w:p>
      <w:pPr>
        <w:pStyle w:val="Heading2"/>
      </w:pPr>
      <w:r>
        <w:t>C. Vastaus: Tee parannus ja ota kaste</w:t>
      </w:r>
    </w:p>
    <w:p>
      <w:pPr>
        <w:spacing w:after="160"/>
      </w:pPr>
      <w:r>
        <w:t>Pietarin käsky on selvä: tehkää parannus ja ottakaa kaste, jotta saisitte anteeksi ja Hengen lahjan (Ap.t. 2:38). Apostolien teot 2:41, 47 osoittavat, että &amp;quot;ne, jotka ottivat hänen sanansa vastaan, kastettiin, ja... Herra lisäsi heidän joukkoonsa joka päivä niitä, jotka pelastuivat&amp;quot;, mikä vahvistaa kasteen roolin pelastuksessa ja seurakunnan jäsenyydessä. Apostolien teot 22:16 – &amp;quot;Mitä sinä odotat? Nouse, anna kastaa itsesi ja pese pois syntisi.&amp;quot;</w:t>
      </w:r>
    </w:p>
    <w:p>
      <w:pPr>
        <w:pStyle w:val="Heading2"/>
      </w:pPr>
      <w:r>
        <w:t>D. Usko toiminnassa</w:t>
      </w:r>
    </w:p>
    <w:p>
      <w:pPr>
        <w:spacing w:after="160"/>
      </w:pPr>
      <w:r>
        <w:t>Kaste on uskon vastaus Jumalan armoon. Gal. 4:6 – ”Jumala lähetti Poikansa Hengen meidän sydämiimme, joka huutaa: ’Abba, Isä!’” vahvistaa lapseksi tulemisemme kasteen kautta.</w:t>
      </w:r>
    </w:p>
    <w:p>
      <w:pPr>
        <w:spacing w:before="240" w:after="240"/>
      </w:pPr>
      <w:r>
        <w:t>Kysymys: Miten Jeesuksen kuolema ja ylösnousemus saavat sinut reagoimaan? Oletko valmis tekemään parannuksen ja menemään kasteelle?</w:t>
      </w:r>
    </w:p>
    <w:p>
      <w:pPr>
        <w:pStyle w:val="Heading1"/>
      </w:pPr>
      <w:r>
        <w:t>3. Kasteen merkitys</w:t>
      </w:r>
    </w:p>
    <w:p>
      <w:pPr>
        <w:spacing w:after="160"/>
      </w:pPr>
      <w:r>
        <w:t>Kaste on monitahoinen teko, jolla on runsaasti hengellistä merkitystä.</w:t>
      </w:r>
    </w:p>
    <w:p>
      <w:pPr>
        <w:pStyle w:val="Heading2"/>
      </w:pPr>
      <w:r>
        <w:t>A. Kaste yhdistää meidät Kristuksen kuolemaan, hautaamiseen ja ylösnousemukseen</w:t>
      </w:r>
    </w:p>
    <w:p>
      <w:r>
        <w:t>Raamatunkohta: Roomalaiskirje 6:2–7</w:t>
      </w:r>
    </w:p>
    <w:p>
      <w:pPr>
        <w:spacing w:after="160"/>
      </w:pPr>
      <w:r>
        <w:t>&amp;quot;Me kaikki, jotka olemme kastetut Kristukseen Jeesukseen, olemme kastetut hänen kuolemaansa... ja olemme haudattuina hänen kanssaan... että niin kuin Kristus herätettiin kuolleista... mekin eläisimme uutta elämää.&amp;quot;</w:t>
      </w:r>
    </w:p>
    <w:p>
      <w:pPr>
        <w:spacing w:after="160"/>
      </w:pPr>
      <w:r>
        <w:t>• Hautaaminen ja ylösnousemus: Kaste upottaa meidät Kristuksen kuolemaan, hautaa syntisen itsemme ja herättää meidät uuteen elämään. Gal. 2:20 – ”Minut on ristiinnaulittu Kristuksen kanssa”, heijastaa tätä yhteyttä. Kolossalaiskirje 1:13 – ”Hän on pelastanut meidät pimeyden vallasta ja toi meidät Pojan valtakuntaan”, osoittaa kasteen siirtymisen Kristuksen valtakuntaan. Kolossalaiskirje 3:1 – ”Koska teidät on herätetty Kristuksen kanssa, niin keskittykää siihen, mikä ylhäällä on”, kutsuu meitä elämään tätä uutta elämää.</w:t>
      </w:r>
    </w:p>
    <w:p>
      <w:pPr>
        <w:spacing w:after="160"/>
      </w:pPr>
      <w:r>
        <w:t>• Kristuksessa: Kaste asettaa meidät ”Kristukseen” (Gal. 3:26–27 – ”Kaikki te, jotka olette Kristukseen kastetut, olette Kristuksen päällenne pukeneet”). 1. Kor. 1:13–17 selventää, että kaste yhdistää meidät Kristukseen, ei ihmisjohtajiin, ja korostaa kasteen jumalallista tarkoitusta.</w:t>
      </w:r>
    </w:p>
    <w:p>
      <w:pPr>
        <w:spacing w:after="160"/>
      </w:pPr>
      <w:r>
        <w:t>Lisäjae: Kolossalaiskirje 2:12 – ”Teidän kanssanne kasteessa teidät on haudattu hänen kanssaan… teidän uskonne kautta teidät on herätetty hänen kanssaan.”</w:t>
      </w:r>
    </w:p>
    <w:p>
      <w:pPr>
        <w:spacing w:before="240" w:after="240"/>
      </w:pPr>
      <w:r>
        <w:t>Kysymys: Miten osallistuminen Kristuksen kuolemaan ja ylösnousemukseen muuttaa näkemystäsi synnistä ja uudesta elämästä?</w:t>
      </w:r>
    </w:p>
    <w:p>
      <w:pPr>
        <w:pStyle w:val="Heading2"/>
      </w:pPr>
      <w:r>
        <w:t>B. Kaste pelastaa meidät</w:t>
      </w:r>
    </w:p>
    <w:p>
      <w:r>
        <w:t>Raamatunkohta: 1. Piet. 3:21-22</w:t>
      </w:r>
    </w:p>
    <w:p>
      <w:pPr>
        <w:spacing w:after="160"/>
      </w:pPr>
      <w:r>
        <w:t>&amp;quot;Tämä vesi symboloi kastetta, joka nyt pelastaa teidät... Jeesuksen Kristuksen ylösnousemuksen kautta.&amp;quot;</w:t>
      </w:r>
    </w:p>
    <w:p>
      <w:pPr>
        <w:spacing w:after="160"/>
      </w:pPr>
      <w:r>
        <w:t>• Ei rituaali, vaan vastaus: Kaste on vetoomus puhtaan omantunnon saamiseksi, joka pelastaa meidät Kristuksen ylösnousemuksen kautta. Apostolien tekojen 2:41 osoittaa, että tuhansia kastettiin ja pelastettiin.</w:t>
      </w:r>
    </w:p>
    <w:p>
      <w:pPr>
        <w:spacing w:after="160"/>
      </w:pPr>
      <w:r>
        <w:t>• Vedenpaisumus esikuvana: Vedenpaisumus pelasti Nooan; kaste pelastaa meidät yhdistämällä meidät Kristukseen. 1. Piet. 1:3 – ”Uudestisyntyminen elävään toivoon ylösnousemuksen kautta” – yhdistää kasteen pelastavan voiman Kristuksen voittoon.</w:t>
      </w:r>
    </w:p>
    <w:p>
      <w:pPr>
        <w:spacing w:before="240" w:after="240"/>
      </w:pPr>
      <w:r>
        <w:t>Kysymys: Miksi kaste on välttämätön pelastukselle 1. Pietarin kirjeen 3:21 mukaan?</w:t>
      </w:r>
    </w:p>
    <w:p>
      <w:pPr>
        <w:pStyle w:val="Heading2"/>
      </w:pPr>
      <w:r>
        <w:t>C. Kaste riisuu pois syntisen luonnon</w:t>
      </w:r>
    </w:p>
    <w:p>
      <w:r>
        <w:t>Raamatunkohta: Kolossalaiskirje 2:9–15</w:t>
      </w:r>
    </w:p>
    <w:p>
      <w:pPr>
        <w:spacing w:after="160"/>
      </w:pPr>
      <w:r>
        <w:t>&amp;quot;Koko lihan vallitsema minäsi riisui pois... Kristus riisui sinut pois, ja sinut haudattiin hänen kanssaan kasteessa.&amp;quot;</w:t>
      </w:r>
    </w:p>
    <w:p>
      <w:pPr>
        <w:spacing w:after="160"/>
      </w:pPr>
      <w:r>
        <w:t>• Hengellinen ympärileikkaus: Kaste poistaa syntisen luontomme uskon kautta. Gal. 5:24 – ”Ne, jotka ovat Kristuksen omia, ovat ristiinnaulinneet lihansa.” Gal. 6:14 – ”Maailma on minulle ristiinnaulittu”, osoittaa vapauden maailmallisista himoista. Kolossalaiskirje 1:22 – ”Hän on sovittanut teidät Kristuksen ruumiin kautta kuoleman kautta”, korostaa sovintoa. Kolossalaiskirje 2:20, 3:3, 5 – ”Te olette kuolleet Kristuksen kanssa… teidän elämänne on nyt kätkettynä Kristuksen kanssa… kuolleet… maalliset”, vahvistaa synnille kuolemista kasteen kautta.</w:t>
      </w:r>
    </w:p>
    <w:p>
      <w:pPr>
        <w:spacing w:before="240" w:after="240"/>
      </w:pPr>
      <w:r>
        <w:t>Kysymys: Miten kaste &amp;quot;hengellisenä ympärileikkauksena&amp;quot; muovaa identiteettiäsi Kristuksessa?</w:t>
      </w:r>
    </w:p>
    <w:p>
      <w:pPr>
        <w:pStyle w:val="Heading2"/>
      </w:pPr>
      <w:r>
        <w:t>D. Kaste ilmaisee Jumalan armoa</w:t>
      </w:r>
    </w:p>
    <w:p>
      <w:r>
        <w:t>Raamatunkohta: Titus 3:4-7</w:t>
      </w:r>
    </w:p>
    <w:p>
      <w:pPr>
        <w:spacing w:after="160"/>
      </w:pPr>
      <w:r>
        <w:t>&amp;quot;Hän pelasti meidät uudestisyntymisen ja Pyhän Hengen uudistuksen kautta.&amp;quot;</w:t>
      </w:r>
    </w:p>
    <w:p>
      <w:pPr>
        <w:spacing w:after="160"/>
      </w:pPr>
      <w:r>
        <w:t>• Jumalan armo: Kaste on se kohta, jossa Jumalan armo puhdistaa meidät. 1. Korinttilaisille 6:11 – ”Teidät on pesty, pyhitetty, vanhurskautettu Jeesuksen nimessä.” Efesolaiskirje 5:26 – ”Teidät on puhdistettu vedellä pestynä, sanan kautta.” Heprealaisille 10:22 – ”Ruumiin on pesty puhtaalla vedellä.”</w:t>
      </w:r>
    </w:p>
    <w:p>
      <w:pPr>
        <w:spacing w:after="160"/>
      </w:pPr>
      <w:r>
        <w:t>• Iankaikkisen elämän perilliset: Meistä tulee Jumalan lapsia, joilla on toivo iankaikkisesta elämästä. Efesolaiskirje 2:8–9 – ”Armosta te olette pelastuneet uskon kautta.”</w:t>
      </w:r>
    </w:p>
    <w:p>
      <w:pPr>
        <w:spacing w:before="240" w:after="240"/>
      </w:pPr>
      <w:r>
        <w:t>Kysymys: Miten kaste heijastaa Jumalan hyvyyttä ja armoa elämässäsi?</w:t>
      </w:r>
    </w:p>
    <w:p>
      <w:pPr>
        <w:pStyle w:val="Heading1"/>
      </w:pPr>
      <w:r>
        <w:t>4. Kaste toiminnassa: Esimerkkejä Apostolien teoista</w:t>
      </w:r>
    </w:p>
    <w:p>
      <w:pPr>
        <w:spacing w:after="160"/>
      </w:pPr>
      <w:r>
        <w:t>Apostolien teot osoittavat kasteen kiireellisyyden ja välttämättömyyden.</w:t>
      </w:r>
    </w:p>
    <w:p>
      <w:pPr>
        <w:spacing w:after="160"/>
      </w:pPr>
      <w:r>
        <w:t>• Apostolien teot 2:36–39, 41, 47: Ihmisjoukko, joka oli tullut vakaumukselliseksi, uskoi, mutta tarvitsi kasteen anteeksiannon ja Hengen saamiseksi. Tuhansia kastettiin ja liitettiin kirkkoon.</w:t>
      </w:r>
    </w:p>
    <w:p>
      <w:pPr>
        <w:spacing w:after="160"/>
      </w:pPr>
      <w:r>
        <w:t>• Apostolien teot 8:26–38: Etiopialainen eukki kastettiin kuultuaan evankeliumin ja mentyään ”veteen”.</w:t>
      </w:r>
    </w:p>
    <w:p>
      <w:pPr>
        <w:spacing w:after="160"/>
      </w:pPr>
      <w:r>
        <w:t>• Apostolien teot 16:30–33: Filippiläisen vanginvartijan uskottua ja kuultuaan sanan hän otettiin heti kasteeksi.</w:t>
      </w:r>
    </w:p>
    <w:p>
      <w:pPr>
        <w:spacing w:after="160"/>
      </w:pPr>
      <w:r>
        <w:t>• Apostolien teot 22:16: Rukoilustaan huolimatta Paavali tarvitsi kasteen pestäkseen pois syntinsä.</w:t>
      </w:r>
    </w:p>
    <w:p>
      <w:pPr>
        <w:spacing w:after="160"/>
      </w:pPr>
      <w:r>
        <w:t>Lisäjae: Apostolien teot 10:47-48 – ”Hän käski kastaa heidät”, jopa saatuaan Hengen.</w:t>
      </w:r>
    </w:p>
    <w:p>
      <w:pPr>
        <w:spacing w:before="240" w:after="240"/>
      </w:pPr>
      <w:r>
        <w:t>Kysymys: Mitä nämä esimerkit opettavat kasteen kiireellisyydestä ja tarkoituksesta?</w:t>
      </w:r>
    </w:p>
    <w:p>
      <w:pPr>
        <w:pStyle w:val="Heading1"/>
      </w:pPr>
      <w:r>
        <w:t>5. Yksi kaste: Perustava oppi</w:t>
      </w:r>
    </w:p>
    <w:p>
      <w:r>
        <w:t>Raamatunkohta: Efesolaiskirje 4:4–6</w:t>
      </w:r>
    </w:p>
    <w:p>
      <w:pPr>
        <w:spacing w:after="160"/>
      </w:pPr>
      <w:r>
        <w:t>&amp;quot;On yksi ruumis ja yksi Henki... yksi Herra, yksi usko, yksi kaste.&amp;quot;</w:t>
      </w:r>
    </w:p>
    <w:p>
      <w:pPr>
        <w:spacing w:after="160"/>
      </w:pPr>
      <w:r>
        <w:t>Kaste on keskeinen oppi, joka yhdistää uskovia Kristuksessa. 1. Korinttilaisille 12:13 – ”Meidät kaikki on kastettu yhdellä Hengellä, niin että me muodostamme yhden ruumiin.” Heprealaisille 6:2 – ”Opetus… kasteista… on perustavanlaatuinen.”</w:t>
      </w:r>
    </w:p>
    <w:p>
      <w:pPr>
        <w:spacing w:before="240" w:after="240"/>
      </w:pPr>
      <w:r>
        <w:t>Kysymys: Miksi Raamattu korostaa &amp;quot;yhtä kastetta&amp;quot;? Miten se yhdistää uskovia?</w:t>
      </w:r>
    </w:p>
    <w:p>
      <w:pPr>
        <w:pStyle w:val="Heading1"/>
      </w:pPr>
      <w:r>
        <w:t>6. Yleisiä vastalauseita ja selvennyksiä</w:t>
      </w:r>
    </w:p>
    <w:p>
      <w:pPr>
        <w:spacing w:after="160"/>
      </w:pPr>
      <w:r>
        <w:t>• Onko kaste vain symboli? Kaste on osallistava, ei pelkästään symbolinen (1. Piet. 3:21; Kolossalaisille 2:12).</w:t>
      </w:r>
    </w:p>
    <w:p>
      <w:pPr>
        <w:spacing w:after="160"/>
      </w:pPr>
      <w:r>
        <w:t>• Pelastaako pelkkä usko? Usko vaatii toimintaa (Jaak. 2:17 – ”Usko ilman toimintaa on kuollut”). Kaste on uskon vastaus (Mark. 16:16).</w:t>
      </w:r>
    </w:p>
    <w:p>
      <w:pPr>
        <w:spacing w:after="160"/>
      </w:pPr>
      <w:r>
        <w:t>• Pirskotuskaste vai lapsikaste? Raamatullinen kaste on upotuskaste uskoville, jotka tekevät parannuksen (Room. 6:4; Apostolien teot 2:38).</w:t>
      </w:r>
    </w:p>
    <w:p>
      <w:pPr>
        <w:spacing w:before="240" w:after="240"/>
      </w:pPr>
      <w:r>
        <w:t>Kysymys: Miten nämä selvennykset vastaavat kasteeseen liittyviin epäilyksiisi?</w:t>
      </w:r>
    </w:p>
    <w:p>
      <w:pPr>
        <w:pStyle w:val="Heading1"/>
      </w:pPr>
      <w:r>
        <w:t>7. Lisäys: Jeesuksen kaste ja kyyhkynen</w:t>
      </w:r>
    </w:p>
    <w:p>
      <w:r>
        <w:t>Raamatunkohdat: Matteus 3:13–17; Markus 1:9–11; Luukas 3:21–22; Johannes 1:32–34</w:t>
      </w:r>
    </w:p>
    <w:p>
      <w:pPr>
        <w:spacing w:after="160"/>
      </w:pPr>
      <w:r>
        <w:t>”Kun Jeesus kastettiin… taivaat aukenivat, ja hän näki Jumalan Hengen laskeutuvan alas niin kuin kyyhkysen ja laskeutuvan hänen päälleen. Ja taivaasta kuului ääni: &amp;#39;Tämä on minun rakas Poikani, johon minä olen mielistynyt.&amp;#39;” (Matteus 3:16-17)</w:t>
      </w:r>
    </w:p>
    <w:p>
      <w:pPr>
        <w:pStyle w:val="Heading2"/>
      </w:pPr>
      <w:r>
        <w:t>A. Kyyhkynen Jeesuksen kasteessa: Uuden luomisen merkki</w:t>
      </w:r>
    </w:p>
    <w:p>
      <w:pPr>
        <w:spacing w:after="160"/>
      </w:pPr>
      <w:r>
        <w:t>Jeesuksen kaste merkitsee uuden luomisen vihkimistä. Pyhän Hengen laskeutuminen kuin kyyhkysen tuo mieleen 1. Mooseksen kirjan jakeen 1:2, jossa Henki leijui vetten yllä ensimmäisessä luomisessa. Tässä, Jeesuksen julkisen toiminnan alussa, Henki laskeutuu hänen ylleen kyyhkysen muodossa ja merkitsee, että uusi luominen on alkanut Kristuksessa. Kyyhkynen – puhtauden, rauhan ja uuden elämän symboli – viittaa tämän uuden todellisuuden herkkään esiinmarssiin, aivan kuten se teki palatessaan Nooan luo oliivipuun lehden kanssa vedenpaisumuksen jälkeen.</w:t>
      </w:r>
    </w:p>
    <w:p>
      <w:pPr>
        <w:pStyle w:val="Heading2"/>
      </w:pPr>
      <w:r>
        <w:t>B. Yhteydessä Mooseksen kautta: Puhdistumisen ja uuden elämän malli</w:t>
      </w:r>
    </w:p>
    <w:p>
      <w:pPr>
        <w:spacing w:after="160"/>
      </w:pPr>
      <w:r>
        <w:t>Tämä kuvasto on syvästi juurtunut Mooseksen kautta annettuun lakiin. 3. Mooseksen kirjan luvussa 12:6–8 kyyhkynen määrättiin puhdistusuhriksi synnytyksen jälkeen. Tämä uhri merkitsi äidin seremoniallista puhdistautumista ja hänen liittoutumistaan yhteisöön uuden elämän tultua maailmaan. Kyyhkynen liittyi siis Mooseksen järjestelmässä syvästi puhdistukseen ja uusiin alkuihin.</w:t>
      </w:r>
    </w:p>
    <w:p>
      <w:pPr>
        <w:spacing w:after="160"/>
      </w:pPr>
      <w:r>
        <w:t>Jeesuksen kaste, kyyhkysen laskeutuessa taivaaseen, sekä täyttää että ylittää tämän Vanhan testamentin mallin. Se, mikä laissa kuvattiin kyyhkysen uhrilla, on nyt ruumiillistunut Kristuksessa. Hänen kasteensa ennakoi puhdistumista ja uudestisyntymistä, jotka olisivat kaikkien häneen uskovien saatavilla.</w:t>
      </w:r>
    </w:p>
    <w:p>
      <w:pPr>
        <w:pStyle w:val="Heading2"/>
      </w:pPr>
      <w:r>
        <w:t>C. Paavali selittää, mitä tämä tarkoittaa uskoville</w:t>
      </w:r>
    </w:p>
    <w:p>
      <w:pPr>
        <w:spacing w:after="160"/>
      </w:pPr>
      <w:r>
        <w:t>Apostoli Paavali yhdistää nämä langat ja selittää niiden merkityksen meille. Hän kirjoittaa:</w:t>
      </w:r>
    </w:p>
    <w:p>
      <w:pPr>
        <w:ind w:left="432"/>
      </w:pPr>
      <w:r>
        <w:t>&amp;quot;Hän pelasti meidät uudestisyntymisen pesun ja Pyhän Hengen uudistuksen kautta.&amp;quot; (Tit. 3:5)</w:t>
      </w:r>
    </w:p>
    <w:p>
      <w:pPr>
        <w:spacing w:after="160"/>
      </w:pPr>
      <w:r>
        <w:t>Se, mitä kyyhkynen merkitsi Jeesuksen kasteessa – Hengen tulemista tuomaan uutta elämää ja puhdistumista – sovelletaan nyt jokaiseen uskovaan kasteen kautta. Tämä on &amp;quot;uudestisyntymisen pesu&amp;quot;.</w:t>
      </w:r>
    </w:p>
    <w:p>
      <w:pPr>
        <w:spacing w:after="160"/>
      </w:pPr>
      <w:r>
        <w:t>Tämän saman Hengen kautta meidät on otettu Jumalan perheeseen, ja me huudamme: ”Abba, Isä!” (Gal. 4:6). Tuloksena on uuden luomisen todellisuus, josta Paavali niin voimakkaasti julistaa:</w:t>
      </w:r>
    </w:p>
    <w:p>
      <w:pPr>
        <w:ind w:left="432"/>
      </w:pPr>
      <w:r>
        <w:t>&amp;quot;Jos joku on Kristuksessa, niin uusi luomus on syntynyt; vanha on kadonnut, uusi on sijaan tullut!&amp;quot; (2. Korinttilaisille 5:17)</w:t>
      </w:r>
    </w:p>
    <w:p>
      <w:pPr>
        <w:spacing w:after="160"/>
      </w:pPr>
      <w:r>
        <w:t>Näin ollen kyyhkynen Jeesuksen kasteessa ei ole pelkästään symbolinen – se viittaa eteenpäin juuri siihen uudestisyntymiseen ja uuteen elämään, jonka Paavali sanoo olevan nyt meidän uskon ja kasteen kautta.</w:t>
      </w:r>
    </w:p>
    <w:p>
      <w:pPr>
        <w:spacing w:before="240" w:after="240"/>
      </w:pPr>
      <w:r>
        <w:t>Kysymys: Kuinka kyyhkysen symboliikka, joka on sidottu Mooseksen puhdistusmalliin ja Paavalin opetukseen uudestisyntymisen pesusta, syventää ymmärrystäsi kasteesta uutena luomuksena Kristuksessa?</w:t>
      </w:r>
    </w:p>
    <w:p>
      <w:pPr>
        <w:pStyle w:val="Heading1"/>
      </w:pPr>
      <w:r>
        <w:t>Johtopäätös: Kasteen voima</w:t>
      </w:r>
    </w:p>
    <w:p>
      <w:pPr>
        <w:spacing w:after="160"/>
      </w:pPr>
      <w:r>
        <w:t>Kaste on kohta, jossa Jumalan armo kohtaa ihmisen uskon. Katumuksen ja upottautumisen kautta osallistumme Kristuksen kuolemaan, hautaamiseen ja ylösnousemukseen, saamme anteeksiannon, Pyhän Hengen ja uuden elämän. Apostolien tekojen 22:16 kehottaa: &amp;quot;Mitä sinä odotat?&amp;quot; Hyväksy Jumalan suunnitelma ja vaella iankaikkisen elämän toivossa!</w:t>
      </w:r>
    </w:p>
    <w:p>
      <w:pPr>
        <w:spacing w:after="160"/>
      </w:pPr>
      <w:r>
        <w:t>Analogia: Aivan kuten filmi ladataan kameraan ennen kuvan ottamista, katumus valmistaa sydäntä ja kaste tallentaa Jumalan pelastavan työn.</w:t>
      </w:r>
    </w:p>
    <w:p>
      <w:r>
        <w:t>Viimeinen jae: 2. Korinttilaisille 5:17 – ”Jos joku on Kristuksessa, niin uusi luomus on syntynyt. Vanha on kadonnut, uusi on sijaan tullut.”</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